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2CDA9" w14:textId="0C42C707" w:rsidR="00361E02" w:rsidRDefault="005851C7">
      <w:pPr>
        <w:pStyle w:val="Title"/>
      </w:pPr>
      <w:r w:rsidRPr="00943B2C">
        <w:rPr>
          <w:noProof/>
          <w:sz w:val="24"/>
          <w:szCs w:val="24"/>
        </w:rPr>
        <w:drawing>
          <wp:anchor distT="0" distB="0" distL="114300" distR="114300" simplePos="0" relativeHeight="251659264" behindDoc="0" locked="0" layoutInCell="1" allowOverlap="1" wp14:anchorId="3ABA74F3" wp14:editId="7376891D">
            <wp:simplePos x="0" y="0"/>
            <wp:positionH relativeFrom="column">
              <wp:posOffset>2125834</wp:posOffset>
            </wp:positionH>
            <wp:positionV relativeFrom="page">
              <wp:posOffset>254230</wp:posOffset>
            </wp:positionV>
            <wp:extent cx="2205284" cy="1007587"/>
            <wp:effectExtent l="0" t="0" r="0" b="0"/>
            <wp:wrapNone/>
            <wp:docPr id="13205536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4045" b="30242"/>
                    <a:stretch>
                      <a:fillRect/>
                    </a:stretch>
                  </pic:blipFill>
                  <pic:spPr bwMode="auto">
                    <a:xfrm>
                      <a:off x="0" y="0"/>
                      <a:ext cx="2205284" cy="100758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12D7BBB" w14:textId="01CF642D" w:rsidR="00361E02" w:rsidRDefault="00361E02">
      <w:pPr>
        <w:pStyle w:val="Title"/>
      </w:pPr>
    </w:p>
    <w:p w14:paraId="305A0B53" w14:textId="77777777" w:rsidR="00361E02" w:rsidRDefault="00361E02">
      <w:pPr>
        <w:pStyle w:val="Title"/>
      </w:pPr>
    </w:p>
    <w:p w14:paraId="6223B539" w14:textId="28F09392" w:rsidR="00B26340" w:rsidRDefault="00000000">
      <w:pPr>
        <w:pStyle w:val="Title"/>
      </w:pPr>
      <w:r>
        <w:t>My Catholic Funeral Planning Worksheet</w:t>
      </w:r>
    </w:p>
    <w:p w14:paraId="0EEC48C4" w14:textId="77777777" w:rsidR="00B26340" w:rsidRDefault="00000000">
      <w:r>
        <w:rPr>
          <w:color w:val="646464"/>
          <w:sz w:val="23"/>
        </w:rPr>
        <w:t>Use with the Planning a Catholic Funeral Guide</w:t>
      </w:r>
    </w:p>
    <w:p w14:paraId="19B040C0" w14:textId="77777777" w:rsidR="00B26340" w:rsidRDefault="00000000">
      <w:pPr>
        <w:pStyle w:val="QuestionIntro"/>
      </w:pPr>
      <w:r>
        <w:t>This worksheet follows the 12 decisions in the Planning a Catholic Funeral Guide. Read the corresponding section of the guide, then record your wishes here. You do not need to decide every detail.</w:t>
      </w:r>
    </w:p>
    <w:tbl>
      <w:tblPr>
        <w:tblW w:w="0" w:type="auto"/>
        <w:tblLook w:val="04A0" w:firstRow="1" w:lastRow="0" w:firstColumn="1" w:lastColumn="0" w:noHBand="0" w:noVBand="1"/>
      </w:tblPr>
      <w:tblGrid>
        <w:gridCol w:w="10166"/>
      </w:tblGrid>
      <w:tr w:rsidR="00B26340" w14:paraId="2E9E96A3" w14:textId="77777777">
        <w:tc>
          <w:tcPr>
            <w:tcW w:w="10166" w:type="dxa"/>
            <w:shd w:val="clear" w:color="auto" w:fill="EEF2EF"/>
            <w:tcMar>
              <w:top w:w="90" w:type="dxa"/>
              <w:left w:w="130" w:type="dxa"/>
              <w:bottom w:w="90" w:type="dxa"/>
              <w:right w:w="130" w:type="dxa"/>
            </w:tcMar>
          </w:tcPr>
          <w:p w14:paraId="19B0CC69" w14:textId="77777777" w:rsidR="00B26340" w:rsidRDefault="00000000">
            <w:pPr>
              <w:spacing w:after="0"/>
            </w:pPr>
            <w:r>
              <w:rPr>
                <w:i/>
                <w:sz w:val="18"/>
              </w:rPr>
              <w:t>This worksheet records your preferences. Final funeral arrangements should be made with your parish and may need to be adjusted according to Catholic liturgical norms, parish practice, availability, and pastoral circumstances.</w:t>
            </w:r>
          </w:p>
        </w:tc>
      </w:tr>
    </w:tbl>
    <w:p w14:paraId="1505B16D" w14:textId="77777777" w:rsidR="00B26340" w:rsidRDefault="00B26340">
      <w:pPr>
        <w:spacing w:after="0"/>
      </w:pPr>
    </w:p>
    <w:p w14:paraId="16745DA5" w14:textId="77777777" w:rsidR="00B26340" w:rsidRDefault="00000000">
      <w:pPr>
        <w:pStyle w:val="FieldLabel"/>
        <w:keepNext/>
      </w:pPr>
      <w:r>
        <w:t>Full Name</w:t>
      </w:r>
    </w:p>
    <w:p w14:paraId="09393B84" w14:textId="77777777" w:rsidR="00B26340" w:rsidRDefault="00000000">
      <w:pPr>
        <w:spacing w:after="40"/>
      </w:pPr>
      <w:r>
        <w:t>________________________________________________________________________</w:t>
      </w:r>
    </w:p>
    <w:p w14:paraId="73ACEFBF" w14:textId="77777777" w:rsidR="00B26340" w:rsidRDefault="00000000">
      <w:pPr>
        <w:pStyle w:val="FieldLabel"/>
        <w:keepNext/>
      </w:pPr>
      <w:r>
        <w:t>Date of Birth</w:t>
      </w:r>
    </w:p>
    <w:p w14:paraId="4C766673" w14:textId="77777777" w:rsidR="00B26340" w:rsidRDefault="00000000">
      <w:pPr>
        <w:spacing w:after="40"/>
      </w:pPr>
      <w:r>
        <w:t>____________________________________</w:t>
      </w:r>
    </w:p>
    <w:p w14:paraId="7545318D" w14:textId="77777777" w:rsidR="00B26340" w:rsidRDefault="00000000">
      <w:pPr>
        <w:pStyle w:val="FieldLabel"/>
        <w:keepNext/>
      </w:pPr>
      <w:r>
        <w:t>Current Parish</w:t>
      </w:r>
    </w:p>
    <w:p w14:paraId="7A8ADE03" w14:textId="77777777" w:rsidR="00B26340" w:rsidRDefault="00000000">
      <w:pPr>
        <w:spacing w:after="40"/>
      </w:pPr>
      <w:r>
        <w:t>________________________________________________________________________</w:t>
      </w:r>
    </w:p>
    <w:p w14:paraId="3C741998" w14:textId="77777777" w:rsidR="00B26340" w:rsidRDefault="00000000">
      <w:pPr>
        <w:pStyle w:val="FieldLabel"/>
        <w:keepNext/>
      </w:pPr>
      <w:r>
        <w:t>City / State</w:t>
      </w:r>
    </w:p>
    <w:p w14:paraId="4D06A37A" w14:textId="77777777" w:rsidR="00B26340" w:rsidRDefault="00000000">
      <w:pPr>
        <w:spacing w:after="40"/>
      </w:pPr>
      <w:r>
        <w:t>__________________________________________________</w:t>
      </w:r>
    </w:p>
    <w:p w14:paraId="12BA4F32" w14:textId="77777777" w:rsidR="00B26340" w:rsidRDefault="00000000">
      <w:pPr>
        <w:pStyle w:val="Heading1"/>
      </w:pPr>
      <w:r>
        <w:t>1. Where Should My Funeral Take Place?</w:t>
      </w:r>
    </w:p>
    <w:p w14:paraId="107CFCC5" w14:textId="77777777" w:rsidR="00B26340" w:rsidRDefault="00000000">
      <w:pPr>
        <w:pStyle w:val="QuestionIntro"/>
      </w:pPr>
      <w:r>
        <w:t>For most Catholics, the parish church is the normal place for the Funeral Mass.</w:t>
      </w:r>
    </w:p>
    <w:p w14:paraId="25F9CF9C" w14:textId="77777777" w:rsidR="00B26340" w:rsidRDefault="00000000">
      <w:pPr>
        <w:pStyle w:val="FieldLabel"/>
        <w:keepNext/>
      </w:pPr>
      <w:r>
        <w:t>My preferred parish / church</w:t>
      </w:r>
    </w:p>
    <w:p w14:paraId="7B9E566E" w14:textId="77777777" w:rsidR="00B26340" w:rsidRDefault="00000000">
      <w:pPr>
        <w:spacing w:after="40"/>
      </w:pPr>
      <w:r>
        <w:t>________________________________________________________________________</w:t>
      </w:r>
    </w:p>
    <w:p w14:paraId="0466B419" w14:textId="77777777" w:rsidR="00B26340" w:rsidRDefault="00000000">
      <w:pPr>
        <w:pStyle w:val="FieldLabel"/>
        <w:keepNext/>
      </w:pPr>
      <w:r>
        <w:t>City / State</w:t>
      </w:r>
    </w:p>
    <w:p w14:paraId="7317D98D" w14:textId="77777777" w:rsidR="00B26340" w:rsidRDefault="00000000">
      <w:pPr>
        <w:spacing w:after="40"/>
      </w:pPr>
      <w:r>
        <w:t>__________________________________________________</w:t>
      </w:r>
    </w:p>
    <w:p w14:paraId="7501F872" w14:textId="77777777" w:rsidR="00B26340" w:rsidRDefault="00000000">
      <w:pPr>
        <w:pStyle w:val="FieldLabel"/>
        <w:keepNext/>
      </w:pPr>
      <w:r>
        <w:t>Priest or deacon I would like my family to contact, if available</w:t>
      </w:r>
    </w:p>
    <w:p w14:paraId="67A521ED" w14:textId="77777777" w:rsidR="00B26340" w:rsidRDefault="00000000">
      <w:pPr>
        <w:spacing w:after="40"/>
      </w:pPr>
      <w:r>
        <w:t>________________________________________________________________________</w:t>
      </w:r>
    </w:p>
    <w:p w14:paraId="45136C52" w14:textId="77777777" w:rsidR="00B26340" w:rsidRDefault="00000000">
      <w:pPr>
        <w:spacing w:after="40"/>
        <w:ind w:left="58"/>
      </w:pPr>
      <w:r>
        <w:rPr>
          <w:rFonts w:ascii="DejaVu Sans" w:hAnsi="DejaVu Sans"/>
        </w:rPr>
        <w:t xml:space="preserve">☐ </w:t>
      </w:r>
      <w:r>
        <w:t>I have no special preference beyond having the funeral celebrated according to Catholic practice at my parish.</w:t>
      </w:r>
    </w:p>
    <w:p w14:paraId="152F5CDC" w14:textId="77777777" w:rsidR="00B26340" w:rsidRDefault="00000000">
      <w:pPr>
        <w:pStyle w:val="Heading1"/>
      </w:pPr>
      <w:r>
        <w:t>2. Do I Want a Funeral Mass?</w:t>
      </w:r>
    </w:p>
    <w:p w14:paraId="550A19F2" w14:textId="77777777" w:rsidR="00B26340" w:rsidRDefault="00000000">
      <w:pPr>
        <w:pStyle w:val="QuestionIntro"/>
      </w:pPr>
      <w:r>
        <w:t>The Funeral Mass is the normal form of the Catholic Funeral Liturgy. A liturgy outside Mass may be used in appropriate pastoral circumstances.</w:t>
      </w:r>
    </w:p>
    <w:p w14:paraId="7F923153" w14:textId="77777777" w:rsidR="00B26340" w:rsidRDefault="00000000">
      <w:pPr>
        <w:spacing w:after="40"/>
        <w:ind w:left="58"/>
      </w:pPr>
      <w:r>
        <w:rPr>
          <w:rFonts w:ascii="DejaVu Sans" w:hAnsi="DejaVu Sans"/>
        </w:rPr>
        <w:t xml:space="preserve">☐ </w:t>
      </w:r>
      <w:r>
        <w:t>Yes - I desire a Catholic Funeral Mass.</w:t>
      </w:r>
    </w:p>
    <w:p w14:paraId="267B4A3F" w14:textId="77777777" w:rsidR="00B26340" w:rsidRDefault="00000000">
      <w:pPr>
        <w:spacing w:after="40"/>
        <w:ind w:left="58"/>
      </w:pPr>
      <w:r>
        <w:rPr>
          <w:rFonts w:ascii="DejaVu Sans" w:hAnsi="DejaVu Sans"/>
        </w:rPr>
        <w:t xml:space="preserve">☐ </w:t>
      </w:r>
      <w:r>
        <w:t>If pastoral circumstances make a Funeral Mass impractical, I trust my family and parish to arrange the appropriate Catholic Funeral Liturgy.</w:t>
      </w:r>
    </w:p>
    <w:p w14:paraId="62DC078F" w14:textId="77777777" w:rsidR="00B26340" w:rsidRDefault="00000000">
      <w:pPr>
        <w:pStyle w:val="FieldLabel"/>
        <w:keepNext/>
      </w:pPr>
      <w:r>
        <w:t>Other notes about the Funeral Liturgy</w:t>
      </w:r>
    </w:p>
    <w:p w14:paraId="2E1AED64" w14:textId="77777777" w:rsidR="00B26340" w:rsidRDefault="00000000">
      <w:pPr>
        <w:spacing w:after="40"/>
      </w:pPr>
      <w:r>
        <w:t>________________________________________________________________________</w:t>
      </w:r>
    </w:p>
    <w:p w14:paraId="5A11D325" w14:textId="77777777" w:rsidR="00B26340" w:rsidRDefault="00000000">
      <w:pPr>
        <w:spacing w:after="40"/>
      </w:pPr>
      <w:r>
        <w:t>________________________________________________________________________</w:t>
      </w:r>
    </w:p>
    <w:p w14:paraId="78DE06A8" w14:textId="77777777" w:rsidR="00B26340" w:rsidRDefault="00000000">
      <w:pPr>
        <w:pStyle w:val="Heading1"/>
      </w:pPr>
      <w:r>
        <w:t>3. Should I Have a Vigil?</w:t>
      </w:r>
    </w:p>
    <w:p w14:paraId="78B26186" w14:textId="77777777" w:rsidR="00B26340" w:rsidRDefault="00000000">
      <w:pPr>
        <w:pStyle w:val="QuestionIntro"/>
      </w:pPr>
      <w:r>
        <w:t>The Vigil is a time for prayer, Scripture, support of the family, and personal remembrances before the funeral.</w:t>
      </w:r>
    </w:p>
    <w:p w14:paraId="6E5453AE" w14:textId="77777777" w:rsidR="00B26340" w:rsidRDefault="00000000">
      <w:pPr>
        <w:spacing w:after="40"/>
        <w:ind w:left="58"/>
      </w:pPr>
      <w:r>
        <w:rPr>
          <w:rFonts w:ascii="DejaVu Sans" w:hAnsi="DejaVu Sans"/>
        </w:rPr>
        <w:t xml:space="preserve">☐ </w:t>
      </w:r>
      <w:r>
        <w:t>Yes - I would like a Catholic Vigil.</w:t>
      </w:r>
    </w:p>
    <w:p w14:paraId="341B19BF" w14:textId="77777777" w:rsidR="00B26340" w:rsidRDefault="00000000">
      <w:pPr>
        <w:spacing w:after="40"/>
        <w:ind w:left="58"/>
      </w:pPr>
      <w:r>
        <w:rPr>
          <w:rFonts w:ascii="DejaVu Sans" w:hAnsi="DejaVu Sans"/>
        </w:rPr>
        <w:t xml:space="preserve">☐ </w:t>
      </w:r>
      <w:r>
        <w:t>No preference - please decide with my family and parish.</w:t>
      </w:r>
    </w:p>
    <w:p w14:paraId="0EB77EA5" w14:textId="77777777" w:rsidR="00B26340" w:rsidRDefault="00000000">
      <w:pPr>
        <w:pStyle w:val="FieldLabel"/>
        <w:keepNext/>
      </w:pPr>
      <w:r>
        <w:lastRenderedPageBreak/>
        <w:t>Preferred location:</w:t>
      </w:r>
    </w:p>
    <w:p w14:paraId="308233A5" w14:textId="77777777" w:rsidR="00B26340" w:rsidRDefault="00000000">
      <w:pPr>
        <w:spacing w:after="40"/>
        <w:ind w:left="58"/>
      </w:pPr>
      <w:r>
        <w:rPr>
          <w:rFonts w:ascii="DejaVu Sans" w:hAnsi="DejaVu Sans"/>
        </w:rPr>
        <w:t xml:space="preserve">☐ </w:t>
      </w:r>
      <w:r>
        <w:t>Funeral home</w:t>
      </w:r>
    </w:p>
    <w:p w14:paraId="0E040129" w14:textId="77777777" w:rsidR="00B26340" w:rsidRDefault="00000000">
      <w:pPr>
        <w:spacing w:after="40"/>
        <w:ind w:left="58"/>
      </w:pPr>
      <w:r>
        <w:rPr>
          <w:rFonts w:ascii="DejaVu Sans" w:hAnsi="DejaVu Sans"/>
        </w:rPr>
        <w:t xml:space="preserve">☐ </w:t>
      </w:r>
      <w:r>
        <w:t>Parish church</w:t>
      </w:r>
    </w:p>
    <w:p w14:paraId="4AAD288F" w14:textId="77777777" w:rsidR="00B26340" w:rsidRDefault="00000000">
      <w:pPr>
        <w:spacing w:after="40"/>
        <w:ind w:left="58"/>
      </w:pPr>
      <w:r>
        <w:rPr>
          <w:rFonts w:ascii="DejaVu Sans" w:hAnsi="DejaVu Sans"/>
        </w:rPr>
        <w:t xml:space="preserve">☐ </w:t>
      </w:r>
      <w:r>
        <w:t>Other: ______________________________________________</w:t>
      </w:r>
    </w:p>
    <w:p w14:paraId="6FF9C54C" w14:textId="77777777" w:rsidR="00B26340" w:rsidRDefault="00000000">
      <w:pPr>
        <w:spacing w:after="40"/>
        <w:ind w:left="58"/>
      </w:pPr>
      <w:r>
        <w:rPr>
          <w:rFonts w:ascii="DejaVu Sans" w:hAnsi="DejaVu Sans"/>
        </w:rPr>
        <w:t xml:space="preserve">☐ </w:t>
      </w:r>
      <w:r>
        <w:t>I would like the Rosary prayed before or after the Vigil.</w:t>
      </w:r>
    </w:p>
    <w:p w14:paraId="5C12DC29" w14:textId="77777777" w:rsidR="00B26340" w:rsidRDefault="00000000">
      <w:pPr>
        <w:pStyle w:val="FieldLabel"/>
        <w:keepNext/>
      </w:pPr>
      <w:r>
        <w:t>Person I would especially like to offer a remembrance at the Vigil, if appropriate</w:t>
      </w:r>
    </w:p>
    <w:p w14:paraId="5A94EBEE" w14:textId="77777777" w:rsidR="00B26340" w:rsidRDefault="00000000">
      <w:pPr>
        <w:spacing w:after="40"/>
      </w:pPr>
      <w:r>
        <w:t>________________________________________________________________________</w:t>
      </w:r>
    </w:p>
    <w:p w14:paraId="1E2BFDE7" w14:textId="77777777" w:rsidR="00B26340" w:rsidRDefault="00000000">
      <w:pPr>
        <w:pStyle w:val="FieldLabel"/>
        <w:keepNext/>
      </w:pPr>
      <w:r>
        <w:t>Other Vigil wishes</w:t>
      </w:r>
    </w:p>
    <w:p w14:paraId="18B844BD" w14:textId="77777777" w:rsidR="00B26340" w:rsidRDefault="00000000">
      <w:pPr>
        <w:spacing w:after="40"/>
      </w:pPr>
      <w:r>
        <w:t>________________________________________________________________________</w:t>
      </w:r>
    </w:p>
    <w:p w14:paraId="7031B483" w14:textId="77777777" w:rsidR="00B26340" w:rsidRDefault="00000000">
      <w:pPr>
        <w:spacing w:after="40"/>
      </w:pPr>
      <w:r>
        <w:t>________________________________________________________________________</w:t>
      </w:r>
    </w:p>
    <w:p w14:paraId="3DE70C16" w14:textId="77777777" w:rsidR="00B26340" w:rsidRDefault="00000000">
      <w:pPr>
        <w:pStyle w:val="Heading1"/>
      </w:pPr>
      <w:r>
        <w:t>4. Which Scripture Readings Would I Like?</w:t>
      </w:r>
    </w:p>
    <w:p w14:paraId="63C783A1" w14:textId="77777777" w:rsidR="00B26340" w:rsidRDefault="00000000">
      <w:pPr>
        <w:pStyle w:val="QuestionIntro"/>
      </w:pPr>
      <w:r>
        <w:t>Choose readings from the approved Catholic funeral readings, or leave the selections to your family and parish.</w:t>
      </w:r>
    </w:p>
    <w:p w14:paraId="781196F2" w14:textId="77777777" w:rsidR="00B26340" w:rsidRDefault="00000000">
      <w:pPr>
        <w:spacing w:after="40"/>
        <w:ind w:left="58"/>
      </w:pPr>
      <w:r>
        <w:rPr>
          <w:rFonts w:ascii="DejaVu Sans" w:hAnsi="DejaVu Sans"/>
        </w:rPr>
        <w:t xml:space="preserve">☐ </w:t>
      </w:r>
      <w:r>
        <w:t>I would like to select readings.</w:t>
      </w:r>
    </w:p>
    <w:p w14:paraId="55D8AB7D" w14:textId="77777777" w:rsidR="00B26340" w:rsidRDefault="00000000">
      <w:pPr>
        <w:spacing w:after="40"/>
        <w:ind w:left="58"/>
      </w:pPr>
      <w:r>
        <w:rPr>
          <w:rFonts w:ascii="DejaVu Sans" w:hAnsi="DejaVu Sans"/>
        </w:rPr>
        <w:t xml:space="preserve">☐ </w:t>
      </w:r>
      <w:r>
        <w:t>I would like my family and parish to select appropriate readings.</w:t>
      </w:r>
    </w:p>
    <w:p w14:paraId="7437B1B3" w14:textId="77777777" w:rsidR="00B26340" w:rsidRDefault="00000000">
      <w:pPr>
        <w:pStyle w:val="FieldLabel"/>
        <w:keepNext/>
      </w:pPr>
      <w:r>
        <w:t>First Reading</w:t>
      </w:r>
    </w:p>
    <w:p w14:paraId="17A91152" w14:textId="77777777" w:rsidR="00B26340" w:rsidRDefault="00000000">
      <w:pPr>
        <w:spacing w:after="40"/>
      </w:pPr>
      <w:r>
        <w:t>________________________________________________________________________</w:t>
      </w:r>
    </w:p>
    <w:p w14:paraId="4C0A42D7" w14:textId="77777777" w:rsidR="00B26340" w:rsidRDefault="00000000">
      <w:pPr>
        <w:pStyle w:val="FieldLabel"/>
        <w:keepNext/>
      </w:pPr>
      <w:r>
        <w:t>Responsorial Psalm</w:t>
      </w:r>
    </w:p>
    <w:p w14:paraId="40B319F5" w14:textId="77777777" w:rsidR="00B26340" w:rsidRDefault="00000000">
      <w:pPr>
        <w:spacing w:after="40"/>
      </w:pPr>
      <w:r>
        <w:t>________________________________________________________________________</w:t>
      </w:r>
    </w:p>
    <w:p w14:paraId="31F79C67" w14:textId="77777777" w:rsidR="00B26340" w:rsidRDefault="00000000">
      <w:pPr>
        <w:pStyle w:val="FieldLabel"/>
        <w:keepNext/>
      </w:pPr>
      <w:r>
        <w:t>Second Reading</w:t>
      </w:r>
    </w:p>
    <w:p w14:paraId="0337F171" w14:textId="77777777" w:rsidR="00B26340" w:rsidRDefault="00000000">
      <w:pPr>
        <w:spacing w:after="40"/>
      </w:pPr>
      <w:r>
        <w:t>________________________________________________________________________</w:t>
      </w:r>
    </w:p>
    <w:p w14:paraId="14361D3F" w14:textId="77777777" w:rsidR="00B26340" w:rsidRDefault="00000000">
      <w:pPr>
        <w:pStyle w:val="FieldLabel"/>
        <w:keepNext/>
      </w:pPr>
      <w:r>
        <w:t>Gospel</w:t>
      </w:r>
    </w:p>
    <w:p w14:paraId="7B0CBF45" w14:textId="77777777" w:rsidR="00B26340" w:rsidRDefault="00000000">
      <w:pPr>
        <w:spacing w:after="40"/>
      </w:pPr>
      <w:r>
        <w:t>________________________________________________________________________</w:t>
      </w:r>
    </w:p>
    <w:p w14:paraId="3312B28D" w14:textId="77777777" w:rsidR="00B26340" w:rsidRDefault="00000000">
      <w:pPr>
        <w:pStyle w:val="FieldLabel"/>
        <w:keepNext/>
      </w:pPr>
      <w:r>
        <w:t>A favorite Scripture passage that reflects my faith</w:t>
      </w:r>
    </w:p>
    <w:p w14:paraId="6F58A80E" w14:textId="77777777" w:rsidR="00B26340" w:rsidRDefault="00000000">
      <w:pPr>
        <w:spacing w:after="40"/>
      </w:pPr>
      <w:r>
        <w:t>________________________________________________________________________</w:t>
      </w:r>
    </w:p>
    <w:p w14:paraId="37342350" w14:textId="77777777" w:rsidR="00B26340" w:rsidRDefault="00000000">
      <w:r>
        <w:br/>
      </w:r>
    </w:p>
    <w:p w14:paraId="663B8236" w14:textId="77777777" w:rsidR="00B26340" w:rsidRDefault="00000000">
      <w:pPr>
        <w:pStyle w:val="Heading1"/>
      </w:pPr>
      <w:r>
        <w:t>5. Who Should Read at My Funeral?</w:t>
      </w:r>
    </w:p>
    <w:p w14:paraId="13FF3CC5" w14:textId="77777777" w:rsidR="00B26340" w:rsidRDefault="00000000">
      <w:pPr>
        <w:pStyle w:val="QuestionIntro"/>
      </w:pPr>
      <w:r>
        <w:t>The Gospel is proclaimed by a priest or deacon. Other readers should be chosen in consultation with the parish.</w:t>
      </w:r>
    </w:p>
    <w:p w14:paraId="41CAFB4D" w14:textId="77777777" w:rsidR="00B26340" w:rsidRDefault="00000000">
      <w:pPr>
        <w:pStyle w:val="FieldLabel"/>
        <w:keepNext/>
      </w:pPr>
      <w:r>
        <w:t>Preferred reader - First Reading</w:t>
      </w:r>
    </w:p>
    <w:p w14:paraId="2317997B" w14:textId="77777777" w:rsidR="00B26340" w:rsidRDefault="00000000">
      <w:pPr>
        <w:spacing w:after="40"/>
      </w:pPr>
      <w:r>
        <w:t>________________________________________________________________________</w:t>
      </w:r>
    </w:p>
    <w:p w14:paraId="5B67DBB9" w14:textId="77777777" w:rsidR="00B26340" w:rsidRDefault="00000000">
      <w:pPr>
        <w:pStyle w:val="FieldLabel"/>
        <w:keepNext/>
      </w:pPr>
      <w:r>
        <w:t>Preferred reader - Second Reading</w:t>
      </w:r>
    </w:p>
    <w:p w14:paraId="3A653275" w14:textId="77777777" w:rsidR="00B26340" w:rsidRDefault="00000000">
      <w:pPr>
        <w:spacing w:after="40"/>
      </w:pPr>
      <w:r>
        <w:t>________________________________________________________________________</w:t>
      </w:r>
    </w:p>
    <w:p w14:paraId="574D7BB5" w14:textId="77777777" w:rsidR="00B26340" w:rsidRDefault="00000000">
      <w:pPr>
        <w:pStyle w:val="FieldLabel"/>
        <w:keepNext/>
      </w:pPr>
      <w:r>
        <w:t>Preferred reader - Prayer of the Faithful</w:t>
      </w:r>
    </w:p>
    <w:p w14:paraId="528FBA5A" w14:textId="77777777" w:rsidR="00B26340" w:rsidRDefault="00000000">
      <w:pPr>
        <w:spacing w:after="40"/>
      </w:pPr>
      <w:r>
        <w:t>________________________________________________________________________</w:t>
      </w:r>
    </w:p>
    <w:p w14:paraId="6EECE23D" w14:textId="77777777" w:rsidR="00B26340" w:rsidRDefault="00000000">
      <w:pPr>
        <w:spacing w:after="40"/>
        <w:ind w:left="58"/>
      </w:pPr>
      <w:r>
        <w:rPr>
          <w:rFonts w:ascii="DejaVu Sans" w:hAnsi="DejaVu Sans"/>
        </w:rPr>
        <w:t xml:space="preserve">☐ </w:t>
      </w:r>
      <w:r>
        <w:t>I have no preference and trust my family and parish to choose readers.</w:t>
      </w:r>
    </w:p>
    <w:p w14:paraId="10B02C4F" w14:textId="77777777" w:rsidR="00B26340" w:rsidRDefault="00000000">
      <w:pPr>
        <w:pStyle w:val="Heading1"/>
      </w:pPr>
      <w:r>
        <w:t>6. What Music Would I Like?</w:t>
      </w:r>
    </w:p>
    <w:p w14:paraId="51A086C6" w14:textId="77777777" w:rsidR="00B26340" w:rsidRDefault="00000000">
      <w:pPr>
        <w:pStyle w:val="QuestionIntro"/>
      </w:pPr>
      <w:r>
        <w:t>List sacred hymns or liturgical music that are meaningful to you. Final selections should be made with the parish.</w:t>
      </w:r>
    </w:p>
    <w:p w14:paraId="165F3CFD" w14:textId="77777777" w:rsidR="00B26340" w:rsidRDefault="00000000">
      <w:pPr>
        <w:pStyle w:val="FieldLabel"/>
        <w:keepNext/>
      </w:pPr>
      <w:r>
        <w:t>1. Hymn or sacred music</w:t>
      </w:r>
    </w:p>
    <w:p w14:paraId="5EB36E54" w14:textId="77777777" w:rsidR="00B26340" w:rsidRDefault="00000000">
      <w:pPr>
        <w:spacing w:after="40"/>
      </w:pPr>
      <w:r>
        <w:t>____________________________________________________________________</w:t>
      </w:r>
    </w:p>
    <w:p w14:paraId="249C841A" w14:textId="77777777" w:rsidR="00B26340" w:rsidRDefault="00000000">
      <w:pPr>
        <w:pStyle w:val="FieldLabel"/>
        <w:keepNext/>
      </w:pPr>
      <w:r>
        <w:t>2. Hymn or sacred music</w:t>
      </w:r>
    </w:p>
    <w:p w14:paraId="2384AF64" w14:textId="77777777" w:rsidR="00B26340" w:rsidRDefault="00000000">
      <w:pPr>
        <w:spacing w:after="40"/>
      </w:pPr>
      <w:r>
        <w:t>____________________________________________________________________</w:t>
      </w:r>
    </w:p>
    <w:p w14:paraId="34494FEB" w14:textId="77777777" w:rsidR="00B26340" w:rsidRDefault="00000000">
      <w:pPr>
        <w:pStyle w:val="FieldLabel"/>
        <w:keepNext/>
      </w:pPr>
      <w:r>
        <w:t>3. Hymn or sacred music</w:t>
      </w:r>
    </w:p>
    <w:p w14:paraId="7B8BB3DF" w14:textId="77777777" w:rsidR="00B26340" w:rsidRDefault="00000000">
      <w:pPr>
        <w:spacing w:after="40"/>
      </w:pPr>
      <w:r>
        <w:t>____________________________________________________________________</w:t>
      </w:r>
    </w:p>
    <w:p w14:paraId="3980797C" w14:textId="77777777" w:rsidR="00B26340" w:rsidRDefault="00000000">
      <w:pPr>
        <w:pStyle w:val="FieldLabel"/>
        <w:keepNext/>
      </w:pPr>
      <w:r>
        <w:lastRenderedPageBreak/>
        <w:t>4. Hymn or sacred music</w:t>
      </w:r>
    </w:p>
    <w:p w14:paraId="10C14D1C" w14:textId="77777777" w:rsidR="00B26340" w:rsidRDefault="00000000">
      <w:pPr>
        <w:spacing w:after="40"/>
      </w:pPr>
      <w:r>
        <w:t>____________________________________________________________________</w:t>
      </w:r>
    </w:p>
    <w:p w14:paraId="62B7F473" w14:textId="77777777" w:rsidR="00B26340" w:rsidRDefault="00000000">
      <w:pPr>
        <w:spacing w:after="40"/>
        <w:ind w:left="58"/>
      </w:pPr>
      <w:r>
        <w:rPr>
          <w:rFonts w:ascii="DejaVu Sans" w:hAnsi="DejaVu Sans"/>
        </w:rPr>
        <w:t xml:space="preserve">☐ </w:t>
      </w:r>
      <w:r>
        <w:t>I have no particular selections and would like the parish to choose appropriate Catholic funeral music.</w:t>
      </w:r>
    </w:p>
    <w:p w14:paraId="4629D258" w14:textId="77777777" w:rsidR="00B26340" w:rsidRDefault="00000000">
      <w:pPr>
        <w:pStyle w:val="FieldLabel"/>
        <w:keepNext/>
      </w:pPr>
      <w:r>
        <w:t>Other music notes</w:t>
      </w:r>
    </w:p>
    <w:p w14:paraId="4D774964" w14:textId="77777777" w:rsidR="00B26340" w:rsidRDefault="00000000">
      <w:pPr>
        <w:spacing w:after="40"/>
      </w:pPr>
      <w:r>
        <w:t>________________________________________________________________________</w:t>
      </w:r>
    </w:p>
    <w:p w14:paraId="74476FD8" w14:textId="77777777" w:rsidR="00B26340" w:rsidRDefault="00000000">
      <w:pPr>
        <w:spacing w:after="40"/>
      </w:pPr>
      <w:r>
        <w:t>________________________________________________________________________</w:t>
      </w:r>
    </w:p>
    <w:p w14:paraId="739AAE99" w14:textId="77777777" w:rsidR="00B26340" w:rsidRDefault="00000000">
      <w:pPr>
        <w:pStyle w:val="Heading1"/>
      </w:pPr>
      <w:r>
        <w:t>7. What Do I Want My Family to Know About Remembrances or a Eulogy?</w:t>
      </w:r>
    </w:p>
    <w:p w14:paraId="10290A9D" w14:textId="77777777" w:rsidR="00B26340" w:rsidRDefault="00000000">
      <w:pPr>
        <w:pStyle w:val="QuestionIntro"/>
      </w:pPr>
      <w:r>
        <w:t>Longer personal stories are generally best shared at the Vigil or another gathering. Any remembrance connected with the Funeral Liturgy should follow parish guidance.</w:t>
      </w:r>
    </w:p>
    <w:p w14:paraId="1188D339" w14:textId="77777777" w:rsidR="00B26340" w:rsidRDefault="00000000">
      <w:pPr>
        <w:pStyle w:val="FieldLabel"/>
        <w:keepNext/>
      </w:pPr>
      <w:r>
        <w:t>Person I would like considered for a brief remembrance, if permitted</w:t>
      </w:r>
    </w:p>
    <w:p w14:paraId="491BEF4C" w14:textId="77777777" w:rsidR="00B26340" w:rsidRDefault="00000000">
      <w:pPr>
        <w:spacing w:after="40"/>
      </w:pPr>
      <w:r>
        <w:t>________________________________________________________________________</w:t>
      </w:r>
    </w:p>
    <w:p w14:paraId="4FB81C49" w14:textId="77777777" w:rsidR="00B26340" w:rsidRDefault="00000000">
      <w:pPr>
        <w:pStyle w:val="FieldLabel"/>
        <w:keepNext/>
      </w:pPr>
      <w:r>
        <w:t>What I most hope my family and friends remember about my life and faith</w:t>
      </w:r>
    </w:p>
    <w:p w14:paraId="65220904" w14:textId="77777777" w:rsidR="00B26340" w:rsidRDefault="00000000">
      <w:pPr>
        <w:spacing w:after="40"/>
      </w:pPr>
      <w:r>
        <w:t>________________________________________________________________________</w:t>
      </w:r>
    </w:p>
    <w:p w14:paraId="65C0B8E4" w14:textId="77777777" w:rsidR="00B26340" w:rsidRDefault="00000000">
      <w:pPr>
        <w:spacing w:after="40"/>
      </w:pPr>
      <w:r>
        <w:t>________________________________________________________________________</w:t>
      </w:r>
    </w:p>
    <w:p w14:paraId="2D81E5E3" w14:textId="77777777" w:rsidR="00B26340" w:rsidRDefault="00000000">
      <w:pPr>
        <w:spacing w:after="40"/>
      </w:pPr>
      <w:r>
        <w:t>________________________________________________________________________</w:t>
      </w:r>
    </w:p>
    <w:p w14:paraId="6B5CEDE2" w14:textId="77777777" w:rsidR="00B26340" w:rsidRDefault="00000000">
      <w:pPr>
        <w:spacing w:after="40"/>
      </w:pPr>
      <w:r>
        <w:t>________________________________________________________________________</w:t>
      </w:r>
    </w:p>
    <w:p w14:paraId="671EEEAF" w14:textId="77777777" w:rsidR="00B26340" w:rsidRDefault="00000000">
      <w:pPr>
        <w:pStyle w:val="FieldLabel"/>
        <w:keepNext/>
      </w:pPr>
      <w:r>
        <w:t>Stories, people, ministries, or moments that may be meaningful to mention at the Vigil</w:t>
      </w:r>
    </w:p>
    <w:p w14:paraId="28B7ABE2" w14:textId="77777777" w:rsidR="00B26340" w:rsidRDefault="00000000">
      <w:pPr>
        <w:spacing w:after="40"/>
      </w:pPr>
      <w:r>
        <w:t>________________________________________________________________________</w:t>
      </w:r>
    </w:p>
    <w:p w14:paraId="2949BDB1" w14:textId="77777777" w:rsidR="00B26340" w:rsidRDefault="00000000">
      <w:pPr>
        <w:spacing w:after="40"/>
      </w:pPr>
      <w:r>
        <w:t>________________________________________________________________________</w:t>
      </w:r>
    </w:p>
    <w:p w14:paraId="0CFEF8CF" w14:textId="77777777" w:rsidR="00B26340" w:rsidRDefault="00000000">
      <w:pPr>
        <w:spacing w:after="40"/>
      </w:pPr>
      <w:r>
        <w:t>________________________________________________________________________</w:t>
      </w:r>
    </w:p>
    <w:p w14:paraId="2C9BD7F2" w14:textId="77777777" w:rsidR="00B26340" w:rsidRDefault="00000000">
      <w:pPr>
        <w:pStyle w:val="Heading1"/>
      </w:pPr>
      <w:r>
        <w:t>8. Do I Prefer Burial or Cremation?</w:t>
      </w:r>
    </w:p>
    <w:p w14:paraId="71B821F9" w14:textId="77777777" w:rsidR="00B26340" w:rsidRDefault="00000000">
      <w:pPr>
        <w:pStyle w:val="QuestionIntro"/>
      </w:pPr>
      <w:r>
        <w:t>The Church permits cremation, but cremated remains should be reverently buried or entombed in a permanent sacred place.</w:t>
      </w:r>
    </w:p>
    <w:p w14:paraId="3FFC3D1A" w14:textId="77777777" w:rsidR="00B26340" w:rsidRDefault="00000000">
      <w:pPr>
        <w:spacing w:after="40"/>
        <w:ind w:left="58"/>
      </w:pPr>
      <w:r>
        <w:rPr>
          <w:rFonts w:ascii="DejaVu Sans" w:hAnsi="DejaVu Sans"/>
        </w:rPr>
        <w:t xml:space="preserve">☐ </w:t>
      </w:r>
      <w:r>
        <w:t>Burial of my body</w:t>
      </w:r>
    </w:p>
    <w:p w14:paraId="4AC0DACC" w14:textId="77777777" w:rsidR="00B26340" w:rsidRDefault="00000000">
      <w:pPr>
        <w:spacing w:after="40"/>
        <w:ind w:left="58"/>
      </w:pPr>
      <w:r>
        <w:rPr>
          <w:rFonts w:ascii="DejaVu Sans" w:hAnsi="DejaVu Sans"/>
        </w:rPr>
        <w:t xml:space="preserve">☐ </w:t>
      </w:r>
      <w:r>
        <w:t>Cremation</w:t>
      </w:r>
    </w:p>
    <w:p w14:paraId="6396A178" w14:textId="77777777" w:rsidR="00B26340" w:rsidRDefault="00000000">
      <w:pPr>
        <w:spacing w:after="40"/>
        <w:ind w:left="58"/>
      </w:pPr>
      <w:r>
        <w:rPr>
          <w:rFonts w:ascii="DejaVu Sans" w:hAnsi="DejaVu Sans"/>
        </w:rPr>
        <w:t xml:space="preserve">☐ </w:t>
      </w:r>
      <w:r>
        <w:t>No preference, provided my arrangements follow Catholic teaching.</w:t>
      </w:r>
    </w:p>
    <w:p w14:paraId="24BD5EDF" w14:textId="77777777" w:rsidR="00B26340" w:rsidRDefault="00000000">
      <w:pPr>
        <w:pStyle w:val="FieldLabel"/>
        <w:keepNext/>
      </w:pPr>
      <w:r>
        <w:t>If cremated, where I would like my remains to be buried or entombed</w:t>
      </w:r>
    </w:p>
    <w:p w14:paraId="0FED6888" w14:textId="77777777" w:rsidR="00B26340" w:rsidRDefault="00000000">
      <w:pPr>
        <w:spacing w:after="40"/>
      </w:pPr>
      <w:r>
        <w:t>________________________________________________________________________</w:t>
      </w:r>
    </w:p>
    <w:p w14:paraId="21CFE2E1" w14:textId="77777777" w:rsidR="00B26340" w:rsidRDefault="00000000">
      <w:pPr>
        <w:pStyle w:val="Heading1"/>
      </w:pPr>
      <w:r>
        <w:t>9. Where Should I Be Buried?</w:t>
      </w:r>
    </w:p>
    <w:p w14:paraId="3F3F916D" w14:textId="77777777" w:rsidR="00B26340" w:rsidRDefault="00000000">
      <w:pPr>
        <w:pStyle w:val="QuestionIntro"/>
      </w:pPr>
      <w:r>
        <w:t>Record any cemetery property or family burial information your family will need.</w:t>
      </w:r>
    </w:p>
    <w:p w14:paraId="04BAEB93" w14:textId="77777777" w:rsidR="00B26340" w:rsidRDefault="00000000">
      <w:pPr>
        <w:pStyle w:val="FieldLabel"/>
        <w:keepNext/>
      </w:pPr>
      <w:r>
        <w:t>Cemetery</w:t>
      </w:r>
    </w:p>
    <w:p w14:paraId="11EC2C3D" w14:textId="77777777" w:rsidR="00B26340" w:rsidRDefault="00000000">
      <w:pPr>
        <w:spacing w:after="40"/>
      </w:pPr>
      <w:r>
        <w:t>________________________________________________________________________</w:t>
      </w:r>
    </w:p>
    <w:p w14:paraId="2C69DEBA" w14:textId="77777777" w:rsidR="00B26340" w:rsidRDefault="00000000">
      <w:pPr>
        <w:pStyle w:val="FieldLabel"/>
        <w:keepNext/>
      </w:pPr>
      <w:r>
        <w:t>City / State</w:t>
      </w:r>
    </w:p>
    <w:p w14:paraId="749252BE" w14:textId="77777777" w:rsidR="00B26340" w:rsidRDefault="00000000">
      <w:pPr>
        <w:spacing w:after="40"/>
      </w:pPr>
      <w:r>
        <w:t>__________________________________________________</w:t>
      </w:r>
    </w:p>
    <w:p w14:paraId="2C7D46AD" w14:textId="77777777" w:rsidR="00B26340" w:rsidRDefault="00000000">
      <w:pPr>
        <w:spacing w:after="40"/>
        <w:ind w:left="58"/>
      </w:pPr>
      <w:r>
        <w:rPr>
          <w:rFonts w:ascii="DejaVu Sans" w:hAnsi="DejaVu Sans"/>
        </w:rPr>
        <w:t xml:space="preserve">☐ </w:t>
      </w:r>
      <w:r>
        <w:t>I already own a burial plot, crypt, or niche.</w:t>
      </w:r>
    </w:p>
    <w:p w14:paraId="5D0D13DE" w14:textId="77777777" w:rsidR="00B26340" w:rsidRDefault="00000000">
      <w:pPr>
        <w:spacing w:after="40"/>
        <w:ind w:left="58"/>
      </w:pPr>
      <w:r>
        <w:rPr>
          <w:rFonts w:ascii="DejaVu Sans" w:hAnsi="DejaVu Sans"/>
        </w:rPr>
        <w:t xml:space="preserve">☐ </w:t>
      </w:r>
      <w:r>
        <w:t>Arrangements have not yet been made.</w:t>
      </w:r>
    </w:p>
    <w:p w14:paraId="59C00E41" w14:textId="77777777" w:rsidR="00B26340" w:rsidRDefault="00000000">
      <w:pPr>
        <w:pStyle w:val="FieldLabel"/>
        <w:keepNext/>
      </w:pPr>
      <w:r>
        <w:t>Plot / crypt / niche location or other identifying information</w:t>
      </w:r>
    </w:p>
    <w:p w14:paraId="37EFAEF4" w14:textId="77777777" w:rsidR="00B26340" w:rsidRDefault="00000000">
      <w:pPr>
        <w:spacing w:after="40"/>
      </w:pPr>
      <w:r>
        <w:t>________________________________________________________________________</w:t>
      </w:r>
    </w:p>
    <w:p w14:paraId="01178A3B" w14:textId="77777777" w:rsidR="00B26340" w:rsidRDefault="00000000">
      <w:pPr>
        <w:pStyle w:val="FieldLabel"/>
        <w:keepNext/>
      </w:pPr>
      <w:r>
        <w:t>I would like to be buried near</w:t>
      </w:r>
    </w:p>
    <w:p w14:paraId="7F1EA6C3" w14:textId="77777777" w:rsidR="00B26340" w:rsidRDefault="00000000">
      <w:pPr>
        <w:spacing w:after="40"/>
      </w:pPr>
      <w:r>
        <w:t>________________________________________________________________________</w:t>
      </w:r>
    </w:p>
    <w:p w14:paraId="55F082EC" w14:textId="77777777" w:rsidR="00B26340" w:rsidRDefault="00000000">
      <w:pPr>
        <w:pStyle w:val="FieldLabel"/>
        <w:keepNext/>
      </w:pPr>
      <w:r>
        <w:t>Other burial wishes</w:t>
      </w:r>
    </w:p>
    <w:p w14:paraId="06DB7553" w14:textId="77777777" w:rsidR="00B26340" w:rsidRDefault="00000000">
      <w:pPr>
        <w:spacing w:after="40"/>
      </w:pPr>
      <w:r>
        <w:t>________________________________________________________________________</w:t>
      </w:r>
    </w:p>
    <w:p w14:paraId="2C309F9C" w14:textId="77777777" w:rsidR="00B26340" w:rsidRDefault="00000000">
      <w:pPr>
        <w:spacing w:after="40"/>
      </w:pPr>
      <w:r>
        <w:t>________________________________________________________________________</w:t>
      </w:r>
    </w:p>
    <w:p w14:paraId="6067EED3" w14:textId="77777777" w:rsidR="00B26340" w:rsidRDefault="00000000">
      <w:r>
        <w:lastRenderedPageBreak/>
        <w:br/>
      </w:r>
    </w:p>
    <w:p w14:paraId="0E41F59D" w14:textId="77777777" w:rsidR="00B26340" w:rsidRDefault="00000000">
      <w:pPr>
        <w:pStyle w:val="Heading1"/>
      </w:pPr>
      <w:r>
        <w:t>10. Do I Want to Name a Funeral Home or Record Existing Arrangements?</w:t>
      </w:r>
    </w:p>
    <w:p w14:paraId="13783D2A" w14:textId="77777777" w:rsidR="00B26340" w:rsidRDefault="00000000">
      <w:pPr>
        <w:pStyle w:val="QuestionIntro"/>
      </w:pPr>
      <w:r>
        <w:t>You do not need to prearrange a funeral, but existing plans should be easy for your family to find.</w:t>
      </w:r>
    </w:p>
    <w:p w14:paraId="06CF1F6C" w14:textId="77777777" w:rsidR="00B26340" w:rsidRDefault="00000000">
      <w:pPr>
        <w:pStyle w:val="FieldLabel"/>
        <w:keepNext/>
      </w:pPr>
      <w:r>
        <w:t>Preferred funeral home, if any</w:t>
      </w:r>
    </w:p>
    <w:p w14:paraId="52F51753" w14:textId="77777777" w:rsidR="00B26340" w:rsidRDefault="00000000">
      <w:pPr>
        <w:spacing w:after="40"/>
      </w:pPr>
      <w:r>
        <w:t>________________________________________________________________________</w:t>
      </w:r>
    </w:p>
    <w:p w14:paraId="1F8CA19F" w14:textId="77777777" w:rsidR="00B26340" w:rsidRDefault="00000000">
      <w:pPr>
        <w:pStyle w:val="FieldLabel"/>
        <w:keepNext/>
      </w:pPr>
      <w:r>
        <w:t>Phone / location</w:t>
      </w:r>
    </w:p>
    <w:p w14:paraId="71211BC3" w14:textId="77777777" w:rsidR="00B26340" w:rsidRDefault="00000000">
      <w:pPr>
        <w:spacing w:after="40"/>
      </w:pPr>
      <w:r>
        <w:t>________________________________________________________________________</w:t>
      </w:r>
    </w:p>
    <w:p w14:paraId="1E33013A" w14:textId="77777777" w:rsidR="00B26340" w:rsidRDefault="00000000">
      <w:pPr>
        <w:spacing w:after="40"/>
        <w:ind w:left="58"/>
      </w:pPr>
      <w:r>
        <w:rPr>
          <w:rFonts w:ascii="DejaVu Sans" w:hAnsi="DejaVu Sans"/>
        </w:rPr>
        <w:t xml:space="preserve">☐ </w:t>
      </w:r>
      <w:r>
        <w:t>I have already made pre-arrangements.</w:t>
      </w:r>
    </w:p>
    <w:p w14:paraId="25C2CB70" w14:textId="77777777" w:rsidR="00B26340" w:rsidRDefault="00000000">
      <w:pPr>
        <w:spacing w:after="40"/>
        <w:ind w:left="58"/>
      </w:pPr>
      <w:r>
        <w:rPr>
          <w:rFonts w:ascii="DejaVu Sans" w:hAnsi="DejaVu Sans"/>
        </w:rPr>
        <w:t xml:space="preserve">☐ </w:t>
      </w:r>
      <w:r>
        <w:t>I have prepaid some or all funeral expenses.</w:t>
      </w:r>
    </w:p>
    <w:p w14:paraId="3D035876" w14:textId="77777777" w:rsidR="00B26340" w:rsidRDefault="00000000">
      <w:pPr>
        <w:spacing w:after="40"/>
        <w:ind w:left="58"/>
      </w:pPr>
      <w:r>
        <w:rPr>
          <w:rFonts w:ascii="DejaVu Sans" w:hAnsi="DejaVu Sans"/>
        </w:rPr>
        <w:t xml:space="preserve">☐ </w:t>
      </w:r>
      <w:r>
        <w:t>I have not made funeral home arrangements.</w:t>
      </w:r>
    </w:p>
    <w:p w14:paraId="4465795D" w14:textId="77777777" w:rsidR="00B26340" w:rsidRDefault="00000000">
      <w:pPr>
        <w:pStyle w:val="FieldLabel"/>
        <w:keepNext/>
      </w:pPr>
      <w:r>
        <w:t>Where the contract or pre-arrangement information is located</w:t>
      </w:r>
    </w:p>
    <w:p w14:paraId="03EDBE1B" w14:textId="77777777" w:rsidR="00B26340" w:rsidRDefault="00000000">
      <w:pPr>
        <w:spacing w:after="40"/>
      </w:pPr>
      <w:r>
        <w:t>________________________________________________________________________</w:t>
      </w:r>
    </w:p>
    <w:p w14:paraId="52A2B2B4" w14:textId="77777777" w:rsidR="00B26340" w:rsidRDefault="00000000">
      <w:pPr>
        <w:pStyle w:val="FieldLabel"/>
        <w:keepNext/>
      </w:pPr>
      <w:r>
        <w:t>What has already been arranged or paid for</w:t>
      </w:r>
    </w:p>
    <w:p w14:paraId="46AE7344" w14:textId="77777777" w:rsidR="00B26340" w:rsidRDefault="00000000">
      <w:pPr>
        <w:spacing w:after="40"/>
      </w:pPr>
      <w:r>
        <w:t>________________________________________________________________________</w:t>
      </w:r>
    </w:p>
    <w:p w14:paraId="2D88C34F" w14:textId="77777777" w:rsidR="00B26340" w:rsidRDefault="00000000">
      <w:pPr>
        <w:spacing w:after="40"/>
      </w:pPr>
      <w:r>
        <w:t>________________________________________________________________________</w:t>
      </w:r>
    </w:p>
    <w:p w14:paraId="72B96BBD" w14:textId="77777777" w:rsidR="00B26340" w:rsidRDefault="00000000">
      <w:pPr>
        <w:spacing w:after="40"/>
      </w:pPr>
      <w:r>
        <w:t>________________________________________________________________________</w:t>
      </w:r>
    </w:p>
    <w:p w14:paraId="4E671AC9" w14:textId="77777777" w:rsidR="00B26340" w:rsidRDefault="00000000">
      <w:pPr>
        <w:pStyle w:val="FieldLabel"/>
        <w:keepNext/>
      </w:pPr>
      <w:r>
        <w:t>What still needs to be decided</w:t>
      </w:r>
    </w:p>
    <w:p w14:paraId="647B64DD" w14:textId="77777777" w:rsidR="00B26340" w:rsidRDefault="00000000">
      <w:pPr>
        <w:spacing w:after="40"/>
      </w:pPr>
      <w:r>
        <w:t>________________________________________________________________________</w:t>
      </w:r>
    </w:p>
    <w:p w14:paraId="6CD955F0" w14:textId="77777777" w:rsidR="00B26340" w:rsidRDefault="00000000">
      <w:pPr>
        <w:spacing w:after="40"/>
      </w:pPr>
      <w:r>
        <w:t>________________________________________________________________________</w:t>
      </w:r>
    </w:p>
    <w:p w14:paraId="68C2C85A" w14:textId="77777777" w:rsidR="00B26340" w:rsidRDefault="00000000">
      <w:pPr>
        <w:pStyle w:val="Heading1"/>
      </w:pPr>
      <w:r>
        <w:t>11. What Should Be Included in My Obituary?</w:t>
      </w:r>
    </w:p>
    <w:p w14:paraId="138D21C1" w14:textId="77777777" w:rsidR="00B26340" w:rsidRDefault="00000000">
      <w:pPr>
        <w:pStyle w:val="QuestionIntro"/>
      </w:pPr>
      <w:r>
        <w:t>You do not need to write your obituary now. Record information that will help your family tell the story of your life accurately.</w:t>
      </w:r>
    </w:p>
    <w:p w14:paraId="2854A2A9" w14:textId="77777777" w:rsidR="00B26340" w:rsidRDefault="00000000">
      <w:pPr>
        <w:pStyle w:val="FieldLabel"/>
        <w:keepNext/>
      </w:pPr>
      <w:r>
        <w:t>Family relationships or names that should be included</w:t>
      </w:r>
    </w:p>
    <w:p w14:paraId="51F0F40D" w14:textId="77777777" w:rsidR="00B26340" w:rsidRDefault="00000000">
      <w:pPr>
        <w:spacing w:after="40"/>
      </w:pPr>
      <w:r>
        <w:t>________________________________________________________________________</w:t>
      </w:r>
    </w:p>
    <w:p w14:paraId="23CF7B94" w14:textId="77777777" w:rsidR="00B26340" w:rsidRDefault="00000000">
      <w:pPr>
        <w:spacing w:after="40"/>
      </w:pPr>
      <w:r>
        <w:t>________________________________________________________________________</w:t>
      </w:r>
    </w:p>
    <w:p w14:paraId="69C4A2F9" w14:textId="77777777" w:rsidR="00B26340" w:rsidRDefault="00000000">
      <w:pPr>
        <w:pStyle w:val="FieldLabel"/>
        <w:keepNext/>
      </w:pPr>
      <w:r>
        <w:t>Parish membership and Catholic ministries / service</w:t>
      </w:r>
    </w:p>
    <w:p w14:paraId="37AD0BDD" w14:textId="77777777" w:rsidR="00B26340" w:rsidRDefault="00000000">
      <w:pPr>
        <w:spacing w:after="40"/>
      </w:pPr>
      <w:r>
        <w:t>________________________________________________________________________</w:t>
      </w:r>
    </w:p>
    <w:p w14:paraId="04ACFC39" w14:textId="77777777" w:rsidR="00B26340" w:rsidRDefault="00000000">
      <w:pPr>
        <w:spacing w:after="40"/>
      </w:pPr>
      <w:r>
        <w:t>________________________________________________________________________</w:t>
      </w:r>
    </w:p>
    <w:p w14:paraId="7B54CF80" w14:textId="77777777" w:rsidR="00B26340" w:rsidRDefault="00000000">
      <w:pPr>
        <w:pStyle w:val="FieldLabel"/>
        <w:keepNext/>
      </w:pPr>
      <w:r>
        <w:t>Education, career, military service, organizations, or community involvement</w:t>
      </w:r>
    </w:p>
    <w:p w14:paraId="7FA9558F" w14:textId="77777777" w:rsidR="00B26340" w:rsidRDefault="00000000">
      <w:pPr>
        <w:spacing w:after="40"/>
      </w:pPr>
      <w:r>
        <w:t>________________________________________________________________________</w:t>
      </w:r>
    </w:p>
    <w:p w14:paraId="1E445D17" w14:textId="77777777" w:rsidR="00B26340" w:rsidRDefault="00000000">
      <w:pPr>
        <w:spacing w:after="40"/>
      </w:pPr>
      <w:r>
        <w:t>________________________________________________________________________</w:t>
      </w:r>
    </w:p>
    <w:p w14:paraId="3FB404DC" w14:textId="77777777" w:rsidR="00B26340" w:rsidRDefault="00000000">
      <w:pPr>
        <w:spacing w:after="40"/>
      </w:pPr>
      <w:r>
        <w:t>________________________________________________________________________</w:t>
      </w:r>
    </w:p>
    <w:p w14:paraId="782B4D07" w14:textId="77777777" w:rsidR="00B26340" w:rsidRDefault="00000000">
      <w:pPr>
        <w:pStyle w:val="FieldLabel"/>
        <w:keepNext/>
      </w:pPr>
      <w:r>
        <w:t>Accomplishments, interests, or other parts of my life I would like remembered</w:t>
      </w:r>
    </w:p>
    <w:p w14:paraId="3036EEF8" w14:textId="77777777" w:rsidR="00B26340" w:rsidRDefault="00000000">
      <w:pPr>
        <w:spacing w:after="40"/>
      </w:pPr>
      <w:r>
        <w:t>________________________________________________________________________</w:t>
      </w:r>
    </w:p>
    <w:p w14:paraId="467A6973" w14:textId="77777777" w:rsidR="00B26340" w:rsidRDefault="00000000">
      <w:pPr>
        <w:spacing w:after="40"/>
      </w:pPr>
      <w:r>
        <w:t>________________________________________________________________________</w:t>
      </w:r>
    </w:p>
    <w:p w14:paraId="612C33F2" w14:textId="77777777" w:rsidR="00B26340" w:rsidRDefault="00000000">
      <w:pPr>
        <w:spacing w:after="40"/>
      </w:pPr>
      <w:r>
        <w:t>________________________________________________________________________</w:t>
      </w:r>
    </w:p>
    <w:p w14:paraId="77D1BC94" w14:textId="77777777" w:rsidR="00B26340" w:rsidRDefault="00000000">
      <w:pPr>
        <w:pStyle w:val="Heading1"/>
      </w:pPr>
      <w:r>
        <w:t>12. Should I Request Memorial Gifts?</w:t>
      </w:r>
    </w:p>
    <w:p w14:paraId="443C68A9" w14:textId="77777777" w:rsidR="00B26340" w:rsidRDefault="00000000">
      <w:pPr>
        <w:pStyle w:val="QuestionIntro"/>
      </w:pPr>
      <w:r>
        <w:t>You may invite memorial gifts to your parish, a Catholic ministry, or another charitable organization important to you.</w:t>
      </w:r>
    </w:p>
    <w:p w14:paraId="5C87EEA3" w14:textId="77777777" w:rsidR="00B26340" w:rsidRDefault="00000000">
      <w:pPr>
        <w:spacing w:after="40"/>
        <w:ind w:left="58"/>
      </w:pPr>
      <w:r>
        <w:rPr>
          <w:rFonts w:ascii="DejaVu Sans" w:hAnsi="DejaVu Sans"/>
        </w:rPr>
        <w:t xml:space="preserve">☐ </w:t>
      </w:r>
      <w:r>
        <w:t>My parish: ______________________________________________</w:t>
      </w:r>
    </w:p>
    <w:p w14:paraId="65DADBD9" w14:textId="77777777" w:rsidR="00B26340" w:rsidRDefault="00000000">
      <w:pPr>
        <w:spacing w:after="40"/>
        <w:ind w:left="58"/>
      </w:pPr>
      <w:r>
        <w:rPr>
          <w:rFonts w:ascii="DejaVu Sans" w:hAnsi="DejaVu Sans"/>
        </w:rPr>
        <w:t xml:space="preserve">☐ </w:t>
      </w:r>
      <w:r>
        <w:t>A Catholic ministry: ______________________________________</w:t>
      </w:r>
    </w:p>
    <w:p w14:paraId="1830FE9C" w14:textId="77777777" w:rsidR="00B26340" w:rsidRDefault="00000000">
      <w:pPr>
        <w:spacing w:after="40"/>
        <w:ind w:left="58"/>
      </w:pPr>
      <w:r>
        <w:rPr>
          <w:rFonts w:ascii="DejaVu Sans" w:hAnsi="DejaVu Sans"/>
        </w:rPr>
        <w:t xml:space="preserve">☐ </w:t>
      </w:r>
      <w:r>
        <w:t>Another charity: __________________________________________</w:t>
      </w:r>
    </w:p>
    <w:p w14:paraId="2AA453EE" w14:textId="77777777" w:rsidR="00B26340" w:rsidRDefault="00000000">
      <w:pPr>
        <w:spacing w:after="40"/>
        <w:ind w:left="58"/>
      </w:pPr>
      <w:r>
        <w:rPr>
          <w:rFonts w:ascii="DejaVu Sans" w:hAnsi="DejaVu Sans"/>
        </w:rPr>
        <w:t xml:space="preserve">☐ </w:t>
      </w:r>
      <w:r>
        <w:t>No preference</w:t>
      </w:r>
    </w:p>
    <w:p w14:paraId="7D34A035" w14:textId="77777777" w:rsidR="00B26340" w:rsidRDefault="00000000">
      <w:pPr>
        <w:pStyle w:val="FieldLabel"/>
        <w:keepNext/>
      </w:pPr>
      <w:r>
        <w:t>Special instructions or information my family should know</w:t>
      </w:r>
    </w:p>
    <w:p w14:paraId="66F30DC8" w14:textId="77777777" w:rsidR="00B26340" w:rsidRDefault="00000000">
      <w:pPr>
        <w:spacing w:after="40"/>
      </w:pPr>
      <w:r>
        <w:t>________________________________________________________________________</w:t>
      </w:r>
    </w:p>
    <w:p w14:paraId="1564ADAA" w14:textId="77777777" w:rsidR="00B26340" w:rsidRDefault="00000000">
      <w:pPr>
        <w:spacing w:after="40"/>
      </w:pPr>
      <w:r>
        <w:lastRenderedPageBreak/>
        <w:t>________________________________________________________________________</w:t>
      </w:r>
    </w:p>
    <w:p w14:paraId="52671DD6" w14:textId="77777777" w:rsidR="00B26340" w:rsidRDefault="00000000">
      <w:pPr>
        <w:pStyle w:val="Heading1"/>
      </w:pPr>
      <w:r>
        <w:t>After You Finish This Worksheet</w:t>
      </w:r>
    </w:p>
    <w:p w14:paraId="58F074BB" w14:textId="77777777" w:rsidR="00B26340" w:rsidRDefault="00000000">
      <w:pPr>
        <w:pStyle w:val="FieldLabel"/>
        <w:keepNext/>
      </w:pPr>
      <w:r>
        <w:t>I have shared or plan to share a copy with:</w:t>
      </w:r>
    </w:p>
    <w:p w14:paraId="1BBB098B" w14:textId="77777777" w:rsidR="00B26340" w:rsidRDefault="00000000">
      <w:pPr>
        <w:spacing w:after="40"/>
        <w:ind w:left="58"/>
      </w:pPr>
      <w:r>
        <w:rPr>
          <w:rFonts w:ascii="DejaVu Sans" w:hAnsi="DejaVu Sans"/>
        </w:rPr>
        <w:t xml:space="preserve">☐ </w:t>
      </w:r>
      <w:r>
        <w:t>A family member or loved one</w:t>
      </w:r>
    </w:p>
    <w:p w14:paraId="7169EAA4" w14:textId="77777777" w:rsidR="00B26340" w:rsidRDefault="00000000">
      <w:pPr>
        <w:spacing w:after="40"/>
        <w:ind w:left="58"/>
      </w:pPr>
      <w:r>
        <w:rPr>
          <w:rFonts w:ascii="DejaVu Sans" w:hAnsi="DejaVu Sans"/>
        </w:rPr>
        <w:t xml:space="preserve">☐ </w:t>
      </w:r>
      <w:r>
        <w:t>My parish</w:t>
      </w:r>
    </w:p>
    <w:p w14:paraId="075B8AEB" w14:textId="77777777" w:rsidR="00B26340" w:rsidRDefault="00000000">
      <w:pPr>
        <w:spacing w:after="40"/>
        <w:ind w:left="58"/>
      </w:pPr>
      <w:r>
        <w:rPr>
          <w:rFonts w:ascii="DejaVu Sans" w:hAnsi="DejaVu Sans"/>
        </w:rPr>
        <w:t xml:space="preserve">☐ </w:t>
      </w:r>
      <w:r>
        <w:t>The person likely to make my funeral arrangements</w:t>
      </w:r>
    </w:p>
    <w:p w14:paraId="5DED1E3B" w14:textId="77777777" w:rsidR="00B26340" w:rsidRDefault="00000000">
      <w:pPr>
        <w:spacing w:after="40"/>
        <w:ind w:left="58"/>
      </w:pPr>
      <w:r>
        <w:rPr>
          <w:rFonts w:ascii="DejaVu Sans" w:hAnsi="DejaVu Sans"/>
        </w:rPr>
        <w:t xml:space="preserve">☐ </w:t>
      </w:r>
      <w:r>
        <w:t>My executor / personal representative</w:t>
      </w:r>
    </w:p>
    <w:p w14:paraId="6CAD947F" w14:textId="77777777" w:rsidR="00B26340" w:rsidRDefault="00000000">
      <w:pPr>
        <w:spacing w:after="40"/>
        <w:ind w:left="58"/>
      </w:pPr>
      <w:r>
        <w:rPr>
          <w:rFonts w:ascii="DejaVu Sans" w:hAnsi="DejaVu Sans"/>
        </w:rPr>
        <w:t xml:space="preserve">☐ </w:t>
      </w:r>
      <w:r>
        <w:t>My funeral home, if appropriate</w:t>
      </w:r>
    </w:p>
    <w:p w14:paraId="5A26CEE3" w14:textId="77777777" w:rsidR="00B26340" w:rsidRDefault="00000000">
      <w:pPr>
        <w:pStyle w:val="FieldLabel"/>
        <w:keepNext/>
      </w:pPr>
      <w:r>
        <w:t>Name of the person who knows where this worksheet is kept</w:t>
      </w:r>
    </w:p>
    <w:p w14:paraId="1DDBB2F5" w14:textId="77777777" w:rsidR="00B26340" w:rsidRDefault="00000000">
      <w:pPr>
        <w:spacing w:after="40"/>
      </w:pPr>
      <w:r>
        <w:t>________________________________________________________________________</w:t>
      </w:r>
    </w:p>
    <w:p w14:paraId="106D2857" w14:textId="77777777" w:rsidR="00B26340" w:rsidRDefault="00000000">
      <w:pPr>
        <w:pStyle w:val="FieldLabel"/>
        <w:keepNext/>
      </w:pPr>
      <w:r>
        <w:t>Phone / Email</w:t>
      </w:r>
    </w:p>
    <w:p w14:paraId="46B14216" w14:textId="77777777" w:rsidR="00B26340" w:rsidRDefault="00000000">
      <w:pPr>
        <w:spacing w:after="40"/>
      </w:pPr>
      <w:r>
        <w:t>____________________________________________________________</w:t>
      </w:r>
    </w:p>
    <w:p w14:paraId="19410D7A" w14:textId="77777777" w:rsidR="00B26340" w:rsidRDefault="00000000">
      <w:pPr>
        <w:pStyle w:val="FieldLabel"/>
        <w:keepNext/>
      </w:pPr>
      <w:r>
        <w:t>Signature</w:t>
      </w:r>
    </w:p>
    <w:p w14:paraId="6FAEBFBC" w14:textId="77777777" w:rsidR="00B26340" w:rsidRDefault="00000000">
      <w:pPr>
        <w:spacing w:after="40"/>
      </w:pPr>
      <w:r>
        <w:t>__________________________________________________________</w:t>
      </w:r>
    </w:p>
    <w:p w14:paraId="1DFE74E7" w14:textId="77777777" w:rsidR="00B26340" w:rsidRDefault="00000000">
      <w:pPr>
        <w:pStyle w:val="FieldLabel"/>
        <w:keepNext/>
      </w:pPr>
      <w:r>
        <w:t>Date Completed</w:t>
      </w:r>
    </w:p>
    <w:p w14:paraId="45D78115" w14:textId="77777777" w:rsidR="00B26340" w:rsidRDefault="00000000">
      <w:pPr>
        <w:spacing w:after="40"/>
      </w:pPr>
      <w:r>
        <w:t>______________________________________</w:t>
      </w:r>
    </w:p>
    <w:p w14:paraId="777FE12F" w14:textId="77777777" w:rsidR="00B26340" w:rsidRDefault="00000000">
      <w:pPr>
        <w:pStyle w:val="FieldLabel"/>
        <w:keepNext/>
      </w:pPr>
      <w:r>
        <w:t>Date Last Reviewed</w:t>
      </w:r>
    </w:p>
    <w:p w14:paraId="7FEED11D" w14:textId="77777777" w:rsidR="00B26340" w:rsidRDefault="00000000">
      <w:pPr>
        <w:spacing w:after="40"/>
      </w:pPr>
      <w:r>
        <w:t>______________________________________</w:t>
      </w:r>
    </w:p>
    <w:tbl>
      <w:tblPr>
        <w:tblW w:w="0" w:type="auto"/>
        <w:tblLook w:val="04A0" w:firstRow="1" w:lastRow="0" w:firstColumn="1" w:lastColumn="0" w:noHBand="0" w:noVBand="1"/>
      </w:tblPr>
      <w:tblGrid>
        <w:gridCol w:w="10166"/>
      </w:tblGrid>
      <w:tr w:rsidR="00B26340" w14:paraId="369CE6AA" w14:textId="77777777">
        <w:tc>
          <w:tcPr>
            <w:tcW w:w="10166" w:type="dxa"/>
            <w:shd w:val="clear" w:color="auto" w:fill="EEF2EF"/>
            <w:tcMar>
              <w:top w:w="90" w:type="dxa"/>
              <w:left w:w="130" w:type="dxa"/>
              <w:bottom w:w="90" w:type="dxa"/>
              <w:right w:w="130" w:type="dxa"/>
            </w:tcMar>
          </w:tcPr>
          <w:p w14:paraId="07D94E48" w14:textId="77777777" w:rsidR="00B26340" w:rsidRDefault="00000000">
            <w:pPr>
              <w:spacing w:after="0"/>
            </w:pPr>
            <w:r>
              <w:rPr>
                <w:i/>
                <w:sz w:val="18"/>
              </w:rPr>
              <w:t>Review this worksheet periodically. If your parish, contact information, burial arrangements, or wishes change, update the worksheet and replace any old copies.</w:t>
            </w:r>
          </w:p>
        </w:tc>
      </w:tr>
    </w:tbl>
    <w:p w14:paraId="3C49DEAD" w14:textId="77777777" w:rsidR="00B26340" w:rsidRDefault="00B26340">
      <w:pPr>
        <w:spacing w:after="0"/>
      </w:pPr>
    </w:p>
    <w:sectPr w:rsidR="00B26340" w:rsidSect="00361E02">
      <w:headerReference w:type="default" r:id="rId9"/>
      <w:footerReference w:type="default" r:id="rId10"/>
      <w:pgSz w:w="12240" w:h="15840"/>
      <w:pgMar w:top="110" w:right="1037" w:bottom="893" w:left="103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ECAAF" w14:textId="77777777" w:rsidR="00BE2717" w:rsidRDefault="00BE2717">
      <w:pPr>
        <w:spacing w:after="0" w:line="240" w:lineRule="auto"/>
      </w:pPr>
      <w:r>
        <w:separator/>
      </w:r>
    </w:p>
  </w:endnote>
  <w:endnote w:type="continuationSeparator" w:id="0">
    <w:p w14:paraId="38704F0C" w14:textId="77777777" w:rsidR="00BE2717" w:rsidRDefault="00BE27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DejaVu Sans">
    <w:altName w:val="Verdan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CAEA9" w14:textId="65630399" w:rsidR="00B26340" w:rsidRDefault="00000000">
    <w:pPr>
      <w:pStyle w:val="Footer"/>
      <w:jc w:val="right"/>
    </w:pPr>
    <w:r>
      <w:rPr>
        <w:color w:val="646464"/>
        <w:sz w:val="17"/>
      </w:rPr>
      <w:t xml:space="preserve">Page </w:t>
    </w:r>
    <w:r>
      <w:rPr>
        <w:color w:val="646464"/>
        <w:sz w:val="17"/>
      </w:rPr>
      <w:fldChar w:fldCharType="begin"/>
    </w:r>
    <w:r>
      <w:rPr>
        <w:color w:val="646464"/>
        <w:sz w:val="17"/>
      </w:rPr>
      <w:instrText xml:space="preserve"> PAGE </w:instrText>
    </w:r>
    <w:r w:rsidR="00361E02">
      <w:rPr>
        <w:color w:val="646464"/>
        <w:sz w:val="17"/>
      </w:rPr>
      <w:fldChar w:fldCharType="separate"/>
    </w:r>
    <w:r w:rsidR="00361E02">
      <w:rPr>
        <w:noProof/>
        <w:color w:val="646464"/>
        <w:sz w:val="17"/>
      </w:rPr>
      <w:t>1</w:t>
    </w:r>
    <w:r>
      <w:rPr>
        <w:color w:val="646464"/>
        <w:sz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85CB2" w14:textId="77777777" w:rsidR="00BE2717" w:rsidRDefault="00BE2717">
      <w:pPr>
        <w:spacing w:after="0" w:line="240" w:lineRule="auto"/>
      </w:pPr>
      <w:r>
        <w:separator/>
      </w:r>
    </w:p>
  </w:footnote>
  <w:footnote w:type="continuationSeparator" w:id="0">
    <w:p w14:paraId="34749F98" w14:textId="77777777" w:rsidR="00BE2717" w:rsidRDefault="00BE27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14DAD" w14:textId="7EE5C2C2" w:rsidR="00B26340" w:rsidRDefault="00B2634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63462999">
    <w:abstractNumId w:val="8"/>
  </w:num>
  <w:num w:numId="2" w16cid:durableId="1308170916">
    <w:abstractNumId w:val="6"/>
  </w:num>
  <w:num w:numId="3" w16cid:durableId="636451802">
    <w:abstractNumId w:val="5"/>
  </w:num>
  <w:num w:numId="4" w16cid:durableId="1626110625">
    <w:abstractNumId w:val="4"/>
  </w:num>
  <w:num w:numId="5" w16cid:durableId="767043949">
    <w:abstractNumId w:val="7"/>
  </w:num>
  <w:num w:numId="6" w16cid:durableId="486285408">
    <w:abstractNumId w:val="3"/>
  </w:num>
  <w:num w:numId="7" w16cid:durableId="2019499398">
    <w:abstractNumId w:val="2"/>
  </w:num>
  <w:num w:numId="8" w16cid:durableId="330564772">
    <w:abstractNumId w:val="1"/>
  </w:num>
  <w:num w:numId="9" w16cid:durableId="1270702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61E02"/>
    <w:rsid w:val="0046331F"/>
    <w:rsid w:val="005851C7"/>
    <w:rsid w:val="00AA1D8D"/>
    <w:rsid w:val="00B26340"/>
    <w:rsid w:val="00B47730"/>
    <w:rsid w:val="00BE2717"/>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00"/>
  <w15:docId w15:val="{994F9848-2BDC-4033-9830-061511B5F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47" w:lineRule="auto"/>
    </w:pPr>
    <w:rPr>
      <w:rFonts w:ascii="Aptos" w:hAnsi="Aptos"/>
      <w:color w:val="232323"/>
      <w:sz w:val="20"/>
    </w:rPr>
  </w:style>
  <w:style w:type="paragraph" w:styleId="Heading1">
    <w:name w:val="heading 1"/>
    <w:basedOn w:val="Normal"/>
    <w:next w:val="Normal"/>
    <w:link w:val="Heading1Char"/>
    <w:uiPriority w:val="9"/>
    <w:qFormat/>
    <w:rsid w:val="00FC693F"/>
    <w:pPr>
      <w:keepNext/>
      <w:keepLines/>
      <w:spacing w:before="180"/>
      <w:outlineLvl w:val="0"/>
    </w:pPr>
    <w:rPr>
      <w:rFonts w:asciiTheme="majorHAnsi" w:eastAsiaTheme="majorEastAsia" w:hAnsiTheme="majorHAnsi" w:cstheme="majorBidi"/>
      <w:b/>
      <w:bCs/>
      <w:color w:val="2E503C"/>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60" w:line="240" w:lineRule="auto"/>
      <w:contextualSpacing/>
    </w:pPr>
    <w:rPr>
      <w:rFonts w:asciiTheme="majorHAnsi" w:eastAsiaTheme="majorEastAsia" w:hAnsiTheme="majorHAnsi" w:cstheme="majorBidi"/>
      <w:b/>
      <w:color w:val="2E503C"/>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ieldLabel">
    <w:name w:val="Field Label"/>
    <w:pPr>
      <w:spacing w:before="40" w:after="20"/>
    </w:pPr>
    <w:rPr>
      <w:rFonts w:ascii="Aptos" w:hAnsi="Aptos"/>
      <w:b/>
      <w:color w:val="646464"/>
      <w:sz w:val="18"/>
    </w:rPr>
  </w:style>
  <w:style w:type="paragraph" w:customStyle="1" w:styleId="QuestionIntro">
    <w:name w:val="Question Intro"/>
    <w:pPr>
      <w:spacing w:after="100"/>
    </w:pPr>
    <w:rPr>
      <w:rFonts w:ascii="Aptos" w:hAnsi="Aptos"/>
      <w:i/>
      <w:color w:val="232323"/>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1559</Words>
  <Characters>8892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10431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Mark Talcott</cp:lastModifiedBy>
  <cp:revision>3</cp:revision>
  <dcterms:created xsi:type="dcterms:W3CDTF">2013-12-23T23:15:00Z</dcterms:created>
  <dcterms:modified xsi:type="dcterms:W3CDTF">2026-09-08T17:20:00Z</dcterms:modified>
  <cp:category/>
</cp:coreProperties>
</file>